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 obra entera: la prueba y lo extenso</w:t>
      </w:r>
    </w:p>
    <w:p>
      <w:pPr>
        <w:pStyle w:val="Heading1"/>
      </w:pPr>
      <w:r>
        <w:t>Agradecimientos del autor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5 de octubre de 2026 · Última revisión: 5 de octubre de 2026</w:t>
      </w:r>
    </w:p>
    <w:p>
      <w:r>
        <w:rPr>
          <w:b/>
        </w:rPr>
        <w:t>La tercera puerta.</w:t>
      </w:r>
      <w:r>
        <w:t xml:space="preserve"> Para quien quiera ver y tocar: aquí está cada pasaje tal como está en su fuente, con el lugar exacto donde comprobarlo. Lo que se ha leído en su fuente está asentado sobre la peña, y lleva su marca; lo que todavía no, también se dice, para que nadie lo tome por roca. La obra no reúne todo lo que existe, sino lo que ha leído y ha tenido por más relevante: si a alguien le falta algo que cambie una conclusión, que aporte dónde está, y se examinará con la misma vara. </w:t>
      </w:r>
      <w:r>
        <w:t>«edificó su casa sobre la peña» (Mt 7:24); «edificó su casa sobre la arena» (Mt 7:26).</w:t>
      </w:r>
    </w:p>
    <w:p>
      <w:pPr>
        <w:keepNext/>
      </w:pPr>
      <w:r>
        <w:rPr>
          <w:rFonts w:ascii="Segoe UI" w:hAnsi="Segoe UI" w:eastAsia="Segoe UI" w:cs="Segoe UI"/>
          <w:b/>
          <w:color w:val="6B665E"/>
          <w:sz w:val="20"/>
        </w:rPr>
        <w:t>Notas de trabajo (estado y trazabilidad)</w:t>
      </w:r>
    </w:p>
    <w:p>
      <w:r>
        <w:t>ESTADO: APROBADO por Kiko el 5-oct-2026 («sí a las tres»). Cambio de Kiko, el mismo día: «los verdaderos guardianes» pasa a «unos guardianes fieles», «para que sea más inclusivo». Origen: palabras de Kiko del 5-oct-2026 (libreta 72, punto 101; tabla 06, #192). Es testimonio del autor, no dato: va firmado por él, fuera de la numeración, antes del capítulo 0. Los hechos que menciona están leídos en su fuente en el apartado 0.1 (Iglesia ortodoxa Tewahedo de Etiopía, ethiopianorthodox.org; Ethiopian Heritage Fund) [A].</w:t>
      </w:r>
    </w:p>
    <w:p>
      <w:r>
        <w:t>Doy las gracias, de todo corazón, a la Iglesia ortodoxa Tewahedo de Etiopía. Para mí, son unos guardianes fieles del cristianismo: así los veo y así los reconozco. Gracias a ellos se conservan enteros el Libro de Enoc y el de los Jubileos, que solo han llegado completos en su lengua, el ge'ez, y los Evangelios de Garima, escritos hace unos mil quinientos años (</w:t>
      </w:r>
      <w:r>
        <w:t>0.1</w:t>
      </w:r>
      <w:r>
        <w:t>).</w:t>
      </w:r>
    </w:p>
    <w:p>
      <w:r>
        <w:t>Doy las gracias también a todos los que, a lo largo de toda la historia y en todas las religiones, han custodiado con dignidad la palabra de Dios. Cada uno ha conservado una pieza del rompecabezas. Y gracias a Jesús, a su palabra y al resto de los custodios de todas las religiones, se ha podido recuperar.</w:t>
      </w:r>
    </w:p>
    <w:p>
      <w:r>
        <w:t>Y un agradecimiento muy, pero que muy especial, a todos los custodios. Reconozco su gran sacrificio. En especial, a quienes han custodiado el arca de la alianza.</w:t>
      </w:r>
    </w:p>
    <w:p>
      <w:r>
        <w:t>Kiko Orozco Rocamora</w:t>
      </w:r>
    </w:p>
    <w:p>
      <w:r>
        <w:t>[palabras del autor, 5-oct-2026; los hechos, en 0.1]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obra entera: la prueba y lo extenso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 obra entera: la prueba y lo extenso · Agradecimientos del autor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Agradecimientos del autor · La obra entera: la prueba y lo extenso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