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Segoe UI" w:hAnsi="Segoe UI" w:eastAsia="Segoe UI" w:cs="Segoe UI"/>
          <w:b/>
          <w:color w:val="6B665E"/>
          <w:sz w:val="19"/>
        </w:rPr>
        <w:t>La obra entera: con las referencias</w:t>
      </w:r>
    </w:p>
    <w:p>
      <w:pPr>
        <w:pStyle w:val="Heading1"/>
      </w:pPr>
      <w:r>
        <w:t>Agradecimientos del autor</w:t>
      </w:r>
    </w:p>
    <w:p>
      <w:pPr>
        <w:spacing w:after="200"/>
      </w:pPr>
      <w:r>
        <w:rPr>
          <w:rFonts w:ascii="Segoe UI" w:hAnsi="Segoe UI" w:eastAsia="Segoe UI" w:cs="Segoe UI"/>
          <w:color w:val="6B665E"/>
          <w:sz w:val="17"/>
        </w:rPr>
        <w:t>Primera versión: 5 de octubre de 2026 · Última revisión: 5 de octubre de 2026</w:t>
      </w:r>
    </w:p>
    <w:p>
      <w:r>
        <w:t>Doy las gracias, de todo corazón, a la Iglesia ortodoxa Tewahedo de Etiopía. Para mí, son unos guardianes fieles del cristianismo: así los veo y así los reconozco. Gracias a ellos se conservan enteros el Libro de Enoc y el de los Jubileos, que solo han llegado completos en su lengua, el ge'ez, y los Evangelios de Garima, escritos hace unos mil quinientos años (</w:t>
      </w:r>
      <w:r>
        <w:t>0.1</w:t>
      </w:r>
      <w:r>
        <w:t>).</w:t>
      </w:r>
    </w:p>
    <w:p>
      <w:r>
        <w:t>Doy las gracias también a todos los que, a lo largo de toda la historia y en todas las religiones, han custodiado con dignidad la palabra de Dios. Cada uno ha conservado una pieza del rompecabezas. Y gracias a Jesús, a su palabra y al resto de los custodios de todas las religiones, se ha podido recuperar.</w:t>
      </w:r>
    </w:p>
    <w:p>
      <w:r>
        <w:t>Y un agradecimiento muy, pero que muy especial, a todos los custodios. Reconozco su gran sacrificio. En especial, a quienes han custodiado el arca de la alianza.</w:t>
      </w:r>
    </w:p>
    <w:p>
      <w:r>
        <w:t>Kiko Orozco Rocamora</w:t>
      </w:r>
    </w:p>
    <w:p>
      <w:pPr>
        <w:keepNext/>
        <w:pBdr>
          <w:top w:val="single" w:sz="6" w:space="8" w:color="1F1D1A"/>
        </w:pBdr>
        <w:spacing w:before="480"/>
        <w:jc w:val="center"/>
      </w:pPr>
      <w:r>
        <w:drawing>
          <wp:inline xmlns:a="http://schemas.openxmlformats.org/drawingml/2006/main" xmlns:pic="http://schemas.openxmlformats.org/drawingml/2006/picture">
            <wp:extent cx="792000" cy="792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92000" cy="7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"/>
        <w:jc w:val="center"/>
      </w:pPr>
      <w:r>
        <w:rPr>
          <w:rFonts w:ascii="Segoe UI" w:hAnsi="Segoe UI" w:eastAsia="Segoe UI" w:cs="Segoe UI"/>
          <w:b/>
          <w:color w:val="1F1D1A"/>
          <w:sz w:val="19"/>
        </w:rPr>
        <w:t>Apocalipsis del Sistema · Edición de lectura · Kiko Orozco Rocamora</w:t>
      </w:r>
    </w:p>
    <w:p>
      <w:pPr>
        <w:spacing w:after="20"/>
        <w:jc w:val="center"/>
      </w:pPr>
      <w:r>
        <w:rPr>
          <w:rFonts w:ascii="Segoe UI" w:hAnsi="Segoe UI" w:eastAsia="Segoe UI" w:cs="Segoe UI"/>
          <w:b w:val="0"/>
          <w:color w:val="6B665E"/>
          <w:sz w:val="17"/>
        </w:rPr>
        <w:t>La obra entera: con las referencias · versión del 13 de octubre de 2026 · huella SHA-256 de los textos 2a4fcfc34e05630b…</w:t>
      </w:r>
    </w:p>
    <w:p>
      <w:pPr>
        <w:spacing w:after="20"/>
        <w:jc w:val="center"/>
      </w:pPr>
      <w:r>
        <w:rPr>
          <w:rFonts w:ascii="Segoe UI" w:hAnsi="Segoe UI" w:eastAsia="Segoe UI" w:cs="Segoe UI"/>
          <w:b w:val="0"/>
          <w:color w:val="6B665E"/>
          <w:sz w:val="17"/>
        </w:rPr>
        <w:t>La versión completa y comprobable, con cada cita en su fuente, está en la edición publicada.</w:t>
      </w:r>
    </w:p>
    <w:p>
      <w:pPr>
        <w:spacing w:after="40" w:before="40"/>
      </w:pPr>
      <w:r>
        <w:rPr>
          <w:rFonts w:ascii="Segoe UI" w:hAnsi="Segoe UI" w:eastAsia="Segoe UI" w:cs="Segoe UI"/>
          <w:color w:val="6B665E"/>
          <w:sz w:val="16"/>
        </w:rPr>
        <w:t>El juicio popular de la verdad es un tribunal de opinión: no tiene carácter oficial ni fuerza legal.</w:t>
      </w:r>
    </w:p>
    <w:p>
      <w:pPr>
        <w:spacing w:after="40" w:before="40"/>
      </w:pPr>
      <w:r>
        <w:rPr>
          <w:rFonts w:ascii="Segoe UI" w:hAnsi="Segoe UI" w:eastAsia="Segoe UI" w:cs="Segoe UI"/>
          <w:color w:val="6B665E"/>
          <w:sz w:val="16"/>
        </w:rPr>
        <w:t>Si lees esto en otro idioma, es una traducción automática, no revisada. La obra se escribió en España, en español; en caso de duda prevalece el español.</w:t>
      </w:r>
    </w:p>
    <w:p>
      <w:pPr>
        <w:spacing w:after="40" w:before="40"/>
      </w:pPr>
      <w:r>
        <w:rPr>
          <w:rFonts w:ascii="Segoe UI" w:hAnsi="Segoe UI" w:eastAsia="Segoe UI" w:cs="Segoe UI"/>
          <w:color w:val="6B665E"/>
          <w:sz w:val="16"/>
        </w:rPr>
        <w:t>Esta obra no da asesoramiento financiero ni jurídico y no exime de ninguna obligación vigente.</w:t>
      </w:r>
    </w:p>
    <w:sectPr w:rsidR="00FC693F" w:rsidRPr="0006063C" w:rsidSect="00034616">
      <w:footerReference w:type="default" r:id="rId9"/>
      <w:pgSz w:w="11906" w:h="16838"/>
      <w:pgMar w:top="1304" w:right="1361" w:bottom="130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184" w:val="right"/>
      </w:tabs>
    </w:pPr>
    <w:r>
      <w:rPr>
        <w:rFonts w:ascii="Segoe UI" w:hAnsi="Segoe UI" w:eastAsia="Segoe UI" w:cs="Segoe UI"/>
        <w:color w:val="6B665E"/>
        <w:sz w:val="17"/>
      </w:rPr>
      <w:t>Apocalipsis del Sistema · Edición de lectura · La obra entera: con las referencias · Agradecimientos del autor</w:t>
      <w:tab/>
    </w:r>
    <w:r>
      <w:rPr>
        <w:rFonts w:ascii="Segoe UI" w:hAnsi="Segoe UI" w:eastAsia="Segoe UI" w:cs="Segoe UI"/>
        <w:color w:val="6B665E"/>
        <w:sz w:val="17"/>
      </w:rPr>
      <w:fldChar w:fldCharType="begin"/>
      <w:instrText xml:space="preserve"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12" w:lineRule="auto"/>
    </w:pPr>
    <w:rPr>
      <w:rFonts w:ascii="Georgia" w:hAnsi="Georgia" w:eastAsia="Georgia" w:cs="Georgia"/>
      <w:color w:val="1F1D1A"/>
      <w:sz w:val="22"/>
      <w:lang w:val="es-ES" w:eastAsia="es-E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60" w:line="276" w:lineRule="auto"/>
      <w:outlineLvl w:val="0"/>
    </w:pPr>
    <w:rPr>
      <w:rFonts w:asciiTheme="majorHAnsi" w:eastAsiaTheme="majorEastAsia" w:hAnsiTheme="majorHAnsi" w:cstheme="majorBidi" w:ascii="Georgia" w:hAnsi="Georgia" w:eastAsia="Georgia" w:cs="Georgia"/>
      <w:b/>
      <w:bCs/>
      <w:i w:val="0"/>
      <w:color w:val="1F1D1A"/>
      <w:sz w:val="4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20" w:after="80" w:line="276" w:lineRule="auto"/>
      <w:outlineLvl w:val="1"/>
    </w:pPr>
    <w:rPr>
      <w:rFonts w:asciiTheme="majorHAnsi" w:eastAsiaTheme="majorEastAsia" w:hAnsiTheme="majorHAnsi" w:cstheme="majorBidi" w:ascii="Georgia" w:hAnsi="Georgia" w:eastAsia="Georgia" w:cs="Georgia"/>
      <w:b/>
      <w:bCs/>
      <w:i w:val="0"/>
      <w:color w:val="1F1D1A"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60" w:line="276" w:lineRule="auto"/>
      <w:outlineLvl w:val="2"/>
    </w:pPr>
    <w:rPr>
      <w:rFonts w:asciiTheme="majorHAnsi" w:eastAsiaTheme="majorEastAsia" w:hAnsiTheme="majorHAnsi" w:cstheme="majorBidi" w:ascii="Georgia" w:hAnsi="Georgia" w:eastAsia="Georgia" w:cs="Georgia"/>
      <w:b/>
      <w:bCs/>
      <w:i w:val="0"/>
      <w:color w:val="1F1D1A"/>
      <w:sz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  <w:rPr>
      <w:rFonts w:ascii="Georgia" w:hAnsi="Georgia" w:eastAsia="Georgia" w:cs="Georgia"/>
      <w:color w:val="1F1D1A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  <w:rPr>
      <w:rFonts w:ascii="Georgia" w:hAnsi="Georgia" w:eastAsia="Georgia" w:cs="Georgia"/>
      <w:color w:val="1F1D1A"/>
      <w:sz w:val="22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spacing w:after="60"/>
      <w:contextualSpacing/>
    </w:pPr>
    <w:rPr>
      <w:rFonts w:ascii="Georgia" w:hAnsi="Georgia" w:eastAsia="Georgia" w:cs="Georgia"/>
      <w:color w:val="1F1D1A"/>
      <w:sz w:val="22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Agradecimientos del autor · La obra entera: con las referencias</dc:title>
  <dc:subject/>
  <dc:creator>Kiko Orozco Rocamora</dc:creator>
  <cp:keywords/>
  <dc:description>generated by python-docx</dc:description>
  <cp:lastModifiedBy/>
  <cp:revision>1</cp:revision>
  <dcterms:created xsi:type="dcterms:W3CDTF">2026-10-12T22:21:46Z</dcterms:created>
  <dcterms:modified xsi:type="dcterms:W3CDTF">2026-10-12T22:21:46Z</dcterms:modified>
  <cp:category/>
  <dc:language>es-ES</dc:language>
</cp:coreProperties>
</file>